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***市人民代表大会文件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×人发〔2026〕×号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***市第×届人民代表大会第×次会议</w:t>
        <w:br/>
        <w:t>关于政府工作报告的决议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（2026年×月×日***市第×届人民代表大会第×次会议通过）：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***市第×届人民代表大会第×次会议听取和审议了×××市长代表市人民政府所作的政府工作报告。会议充分肯定市人民政府过去一年的工作，同意报告提出的2026年经济社会发展目标任务和工作部署，决定批准这个报告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会议号召，全市人民要更加紧密地团结在以习近平同志为核心的党中央周围，以习近平新时代中国特色社会主义思想为指导，全面贯彻落实党的二十大精神，在中共***市委的坚强领导下，坚定信心、同心同德，踔厉奋发、勇毅前行，为全面建设社会主义现代化国家、全面推进中华民族伟大复兴而团结奋斗！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